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1F1B16"/>
          <w:sz w:val="23"/>
        </w:rPr>
        <w:t>[Cégnév]</w:t>
      </w:r>
    </w:p>
    <w:p>
      <w:pPr>
        <w:spacing w:after="120" w:before="0"/>
        <w:pBdr>
          <w:bottom w:val="single" w:sz="8" w:space="6" w:color="A38143"/>
        </w:pBdr>
      </w:pPr>
      <w:r>
        <w:rPr>
          <w:b w:val="0"/>
          <w:i w:val="0"/>
          <w:color w:val="6B6357"/>
          <w:sz w:val="17"/>
        </w:rPr>
        <w:t>Adószám: [...] · [Cím] · [Telefon] · [E-mail]</w:t>
      </w:r>
    </w:p>
    <w:p>
      <w:pPr>
        <w:spacing w:after="20" w:before="120"/>
      </w:pPr>
      <w:r>
        <w:rPr>
          <w:b/>
          <w:i w:val="0"/>
          <w:color w:val="1F1B16"/>
          <w:sz w:val="28"/>
        </w:rPr>
        <w:t>ÁRAJÁNLATKÉRÉS – AK-2026-012 · Kelt: [dátum]</w:t>
      </w:r>
    </w:p>
    <w:p>
      <w:pPr>
        <w:spacing w:after="40" w:before="0"/>
      </w:pPr>
    </w:p>
    <w:p>
      <w:pPr>
        <w:spacing w:after="60" w:before="0"/>
      </w:pPr>
      <w:r>
        <w:rPr>
          <w:b/>
          <w:i w:val="0"/>
          <w:color w:val="1F1B16"/>
        </w:rPr>
        <w:t xml:space="preserve">Címzett: </w:t>
      </w:r>
      <w:r>
        <w:rPr>
          <w:b w:val="0"/>
          <w:i w:val="0"/>
          <w:color w:val="1F1B16"/>
        </w:rPr>
        <w:t>[Beszállító neve], [cím]</w:t>
      </w:r>
    </w:p>
    <w:p>
      <w:pPr>
        <w:spacing w:after="60" w:before="0"/>
      </w:pPr>
      <w:r>
        <w:rPr>
          <w:b/>
          <w:i w:val="0"/>
          <w:color w:val="1F1B16"/>
        </w:rPr>
        <w:t xml:space="preserve">Tárgy: </w:t>
      </w:r>
      <w:r>
        <w:rPr>
          <w:b w:val="0"/>
          <w:i w:val="0"/>
          <w:color w:val="1F1B16"/>
        </w:rPr>
        <w:t>Árajánlatkérés – [termékcsoport], [projekt vagy helyszín] – AK-2026-012</w:t>
      </w:r>
    </w:p>
    <w:p>
      <w:pPr>
        <w:spacing w:after="160" w:before="120"/>
        <w:shd w:val="clear" w:color="auto" w:fill="FBF6E9"/>
        <w:pBdr>
          <w:left w:val="single" w:sz="18" w:space="6" w:color="A38143"/>
        </w:pBdr>
      </w:pPr>
      <w:r>
        <w:rPr>
          <w:b/>
          <w:i w:val="0"/>
          <w:color w:val="1F1B16"/>
          <w:sz w:val="17"/>
        </w:rPr>
        <w:t xml:space="preserve">Kitöltött példa. </w:t>
      </w:r>
      <w:r>
        <w:rPr>
          <w:b w:val="0"/>
          <w:i/>
          <w:color w:val="6B6357"/>
          <w:sz w:val="17"/>
        </w:rPr>
        <w:t>Kitöltött minta egy kivitelező cég anyagbeszerzéséhez: árajánlatkérés a beszállítóknak, árak nélkül. A végén a rövid e-mailes és az angol nyelvű változatot is megtalálja. Cserélje ki a [szögletes zárójelben] lévő részeket a saját adataira, majd törölje ezt a megjegyzést.</w:t>
      </w:r>
    </w:p>
    <w:p>
      <w:pPr>
        <w:spacing w:after="100" w:before="0"/>
      </w:pPr>
      <w:r>
        <w:rPr>
          <w:b/>
          <w:i w:val="0"/>
          <w:color w:val="1F1B16"/>
        </w:rPr>
        <w:t>Tisztelt [Név]!</w:t>
      </w:r>
    </w:p>
    <w:p>
      <w:pPr>
        <w:spacing w:after="100" w:before="0"/>
      </w:pPr>
      <w:r>
        <w:rPr>
          <w:b w:val="0"/>
          <w:i w:val="0"/>
          <w:color w:val="1F1B16"/>
        </w:rPr>
        <w:t>Kérjük, hogy az alábbi tételekre adjon árajánlatot.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1C0"/>
          <w:left w:val="single" w:sz="4" w:space="0" w:color="D9D1C0"/>
          <w:bottom w:val="single" w:sz="4" w:space="0" w:color="D9D1C0"/>
          <w:right w:val="single" w:sz="4" w:space="0" w:color="D9D1C0"/>
          <w:insideH w:val="single" w:sz="4" w:space="0" w:color="D9D1C0"/>
          <w:insideV w:val="single" w:sz="4" w:space="0" w:color="D9D1C0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771"/>
        <w:gridCol w:w="6165"/>
        <w:gridCol w:w="1233"/>
        <w:gridCol w:w="1695"/>
      </w:tblGrid>
      <w:tr>
        <w:trPr>
          <w:tblHeader w:val="true"/>
        </w:trPr>
        <w:tc>
          <w:tcPr>
            <w:tcW w:type="dxa" w:w="771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Sor</w:t>
            </w:r>
          </w:p>
        </w:tc>
        <w:tc>
          <w:tcPr>
            <w:tcW w:type="dxa" w:w="6165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Megnevezés, műszaki jellemzők</w:t>
            </w:r>
          </w:p>
        </w:tc>
        <w:tc>
          <w:tcPr>
            <w:tcW w:type="dxa" w:w="1233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Me.</w:t>
            </w:r>
          </w:p>
        </w:tc>
        <w:tc>
          <w:tcPr>
            <w:tcW w:type="dxa" w:w="1695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Mennyiség</w:t>
            </w:r>
          </w:p>
        </w:tc>
      </w:tr>
      <w:tr>
        <w:tc>
          <w:tcPr>
            <w:tcW w:type="dxa" w:w="771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616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[Termék, típus vagy cikkszám]</w:t>
            </w:r>
          </w:p>
        </w:tc>
        <w:tc>
          <w:tcPr>
            <w:tcW w:type="dxa" w:w="1233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[m²]</w:t>
            </w:r>
          </w:p>
        </w:tc>
        <w:tc>
          <w:tcPr>
            <w:tcW w:type="dxa" w:w="1695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[mennyiség]</w:t>
            </w:r>
          </w:p>
        </w:tc>
      </w:tr>
      <w:tr>
        <w:tc>
          <w:tcPr>
            <w:tcW w:type="dxa" w:w="771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2</w:t>
            </w:r>
          </w:p>
        </w:tc>
        <w:tc>
          <w:tcPr>
            <w:tcW w:type="dxa" w:w="616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[Termék, típus vagy cikkszám]</w:t>
            </w:r>
          </w:p>
        </w:tc>
        <w:tc>
          <w:tcPr>
            <w:tcW w:type="dxa" w:w="1233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[db]</w:t>
            </w:r>
          </w:p>
        </w:tc>
        <w:tc>
          <w:tcPr>
            <w:tcW w:type="dxa" w:w="1695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[mennyiség]</w:t>
            </w:r>
          </w:p>
        </w:tc>
      </w:tr>
      <w:tr>
        <w:tc>
          <w:tcPr>
            <w:tcW w:type="dxa" w:w="771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3</w:t>
            </w:r>
          </w:p>
        </w:tc>
        <w:tc>
          <w:tcPr>
            <w:tcW w:type="dxa" w:w="616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[Termék, típus vagy cikkszám]</w:t>
            </w:r>
          </w:p>
        </w:tc>
        <w:tc>
          <w:tcPr>
            <w:tcW w:type="dxa" w:w="1233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[zsák]</w:t>
            </w:r>
          </w:p>
        </w:tc>
        <w:tc>
          <w:tcPr>
            <w:tcW w:type="dxa" w:w="1695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[mennyiség]</w:t>
            </w:r>
          </w:p>
        </w:tc>
      </w:tr>
    </w:tbl>
    <w:p>
      <w:pPr>
        <w:spacing w:after="40" w:before="0"/>
      </w:pP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Szállítás: </w:t>
      </w:r>
      <w:r>
        <w:rPr>
          <w:b w:val="0"/>
          <w:i w:val="0"/>
          <w:color w:val="1F1B16"/>
        </w:rPr>
        <w:t>[helyszín], legkésőbb [dátum]-ig, [kirakodással / kirakodás nélkül].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Az ajánlatban kérjük feltüntetni: </w:t>
      </w:r>
      <w:r>
        <w:rPr>
          <w:b w:val="0"/>
          <w:i w:val="0"/>
          <w:color w:val="1F1B16"/>
        </w:rPr>
        <w:t>tételenként a nettó egységárat és a pénznemet, az ÁFA mértékét, a szállítás díját, a szállítási határidőt, az ajánlat érvényességi idejét és a fizetési feltételeket. Egyenértékű termék is megajánlható, ha az eltérést tételenként jelöli.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Válaszhatáridő: </w:t>
      </w:r>
      <w:r>
        <w:rPr>
          <w:b w:val="0"/>
          <w:i w:val="0"/>
          <w:color w:val="1F1B16"/>
        </w:rPr>
        <w:t>[dátum], [óra].</w:t>
      </w:r>
    </w:p>
    <w:p>
      <w:pPr>
        <w:spacing w:after="80" w:before="80"/>
      </w:pPr>
      <w:r>
        <w:rPr>
          <w:b w:val="0"/>
          <w:i w:val="0"/>
          <w:color w:val="1F1B16"/>
        </w:rPr>
        <w:t>Az ajánlatkérés nem minősül szerződéses ajánlatnak, és nem kötelez szerződéskötésre. Fenntartjuk a jogot, hogy a tételeket több beszállító között osszuk meg, vagy egyik ajánlatot se fogadjuk el.</w:t>
      </w:r>
    </w:p>
    <w:p>
      <w:pPr>
        <w:spacing w:after="80" w:before="80"/>
      </w:pPr>
      <w:r>
        <w:rPr>
          <w:b w:val="0"/>
          <w:i w:val="0"/>
          <w:color w:val="1F1B16"/>
        </w:rPr>
        <w:t>Köszönjük együttműködését.</w:t>
      </w:r>
    </w:p>
    <w:p>
      <w:pPr>
        <w:spacing w:after="80" w:before="80"/>
      </w:pPr>
      <w:r>
        <w:rPr>
          <w:b w:val="0"/>
          <w:i w:val="0"/>
          <w:color w:val="1F1B16"/>
        </w:rPr>
        <w:t>Tisztelettel:</w:t>
      </w:r>
    </w:p>
    <w:p>
      <w:pPr>
        <w:spacing w:after="80" w:before="80"/>
      </w:pPr>
      <w:r>
        <w:rPr>
          <w:b w:val="0"/>
          <w:i w:val="0"/>
          <w:color w:val="1F1B16"/>
        </w:rPr>
        <w:t>[Név] · [beosztás] · [cégnév] · [telefon]</w:t>
      </w:r>
    </w:p>
    <w:p>
      <w:pPr>
        <w:spacing w:after="80" w:before="320"/>
        <w:pBdr>
          <w:top w:val="single" w:sz="6" w:space="8" w:color="D9D1C0"/>
        </w:pBdr>
      </w:pPr>
      <w:r>
        <w:rPr>
          <w:b/>
          <w:i w:val="0"/>
          <w:color w:val="1F1B16"/>
          <w:sz w:val="22"/>
        </w:rPr>
        <w:t>Rövid változat e-mailben</w:t>
      </w:r>
    </w:p>
    <w:p>
      <w:pPr>
        <w:spacing w:after="60" w:before="0"/>
      </w:pPr>
      <w:r>
        <w:rPr>
          <w:b w:val="0"/>
          <w:i w:val="0"/>
          <w:color w:val="1F1B16"/>
        </w:rPr>
        <w:t>Tárgy: Árajánlatkérés – [termék] – [azonosító]</w:t>
      </w:r>
    </w:p>
    <w:p>
      <w:pPr>
        <w:spacing w:after="60" w:before="0"/>
      </w:pPr>
      <w:r>
        <w:rPr>
          <w:b w:val="0"/>
          <w:i w:val="0"/>
          <w:color w:val="1F1B16"/>
        </w:rPr>
        <w:t>Tisztelt [Név]!</w:t>
      </w:r>
    </w:p>
    <w:p>
      <w:pPr>
        <w:spacing w:after="60" w:before="0"/>
      </w:pPr>
      <w:r>
        <w:rPr>
          <w:b w:val="0"/>
          <w:i w:val="0"/>
          <w:color w:val="1F1B16"/>
        </w:rPr>
        <w:t>Kérjük árajánlatát a következőkre:</w:t>
      </w:r>
    </w:p>
    <w:p>
      <w:pPr>
        <w:spacing w:after="60" w:before="0"/>
      </w:pPr>
      <w:r>
        <w:rPr>
          <w:b w:val="0"/>
          <w:i w:val="0"/>
          <w:color w:val="1F1B16"/>
        </w:rPr>
        <w:t>• [termék, típus] – [mennyiség] [me.]</w:t>
      </w:r>
    </w:p>
    <w:p>
      <w:pPr>
        <w:spacing w:after="60" w:before="0"/>
      </w:pPr>
      <w:r>
        <w:rPr>
          <w:b w:val="0"/>
          <w:i w:val="0"/>
          <w:color w:val="1F1B16"/>
        </w:rPr>
        <w:t>• [termék, típus] – [mennyiség] [me.]</w:t>
      </w:r>
    </w:p>
    <w:p>
      <w:pPr>
        <w:spacing w:after="60" w:before="0"/>
      </w:pPr>
      <w:r>
        <w:rPr>
          <w:b w:val="0"/>
          <w:i w:val="0"/>
          <w:color w:val="1F1B16"/>
        </w:rPr>
        <w:t>Szállítás: [helyszín], [dátum]-ig. Kérjük, tüntesse fel a nettó egységárakat, a szállítási határidőt és az ajánlat érvényességét. Válaszát [dátum]-ig várjuk.</w:t>
      </w:r>
    </w:p>
    <w:p>
      <w:pPr>
        <w:spacing w:after="60" w:before="0"/>
      </w:pPr>
      <w:r>
        <w:rPr>
          <w:b w:val="0"/>
          <w:i w:val="0"/>
          <w:color w:val="1F1B16"/>
        </w:rPr>
        <w:t>Üdvözlettel:</w:t>
      </w:r>
    </w:p>
    <w:p>
      <w:pPr>
        <w:spacing w:after="60" w:before="0"/>
      </w:pPr>
      <w:r>
        <w:rPr>
          <w:b w:val="0"/>
          <w:i w:val="0"/>
          <w:color w:val="1F1B16"/>
        </w:rPr>
        <w:t>[Név] · [cégnév] · [telefon]</w:t>
      </w:r>
    </w:p>
    <w:p>
      <w:pPr>
        <w:spacing w:after="80" w:before="320"/>
        <w:pBdr>
          <w:top w:val="single" w:sz="6" w:space="8" w:color="D9D1C0"/>
        </w:pBdr>
      </w:pPr>
      <w:r>
        <w:rPr>
          <w:b/>
          <w:i w:val="0"/>
          <w:color w:val="1F1B16"/>
          <w:sz w:val="22"/>
        </w:rPr>
        <w:t>Angol nyelvű változat (Request for Quotation)</w:t>
      </w:r>
    </w:p>
    <w:p>
      <w:pPr>
        <w:spacing w:after="60" w:before="0"/>
      </w:pPr>
      <w:r>
        <w:rPr>
          <w:b w:val="0"/>
          <w:i w:val="0"/>
          <w:color w:val="1F1B16"/>
        </w:rPr>
        <w:t>Subject: Request for Quotation – [product group] – [reference]</w:t>
      </w:r>
    </w:p>
    <w:p>
      <w:pPr>
        <w:spacing w:after="60" w:before="0"/>
      </w:pPr>
      <w:r>
        <w:rPr>
          <w:b w:val="0"/>
          <w:i w:val="0"/>
          <w:color w:val="1F1B16"/>
        </w:rPr>
        <w:t>Dear [Name],</w:t>
      </w:r>
    </w:p>
    <w:p>
      <w:pPr>
        <w:spacing w:after="60" w:before="0"/>
      </w:pPr>
      <w:r>
        <w:rPr>
          <w:b w:val="0"/>
          <w:i w:val="0"/>
          <w:color w:val="1F1B16"/>
        </w:rPr>
        <w:t>We would like to request your quotation for the items listed below.</w:t>
      </w:r>
    </w:p>
    <w:p>
      <w:pPr>
        <w:spacing w:after="60" w:before="0"/>
      </w:pPr>
      <w:r>
        <w:rPr>
          <w:b w:val="0"/>
          <w:i w:val="0"/>
          <w:color w:val="1F1B16"/>
        </w:rPr>
        <w:t>[table: item, specification, unit, quantity]</w:t>
      </w:r>
    </w:p>
    <w:p>
      <w:pPr>
        <w:spacing w:after="60" w:before="0"/>
      </w:pPr>
      <w:r>
        <w:rPr>
          <w:b w:val="0"/>
          <w:i w:val="0"/>
          <w:color w:val="1F1B16"/>
        </w:rPr>
        <w:t>Delivery: [place], by [date]. Please state the net unit price and currency, VAT, delivery cost and lead time, the validity of your offer and your payment terms. Equivalent products are acceptable if clearly marked.</w:t>
      </w:r>
    </w:p>
    <w:p>
      <w:pPr>
        <w:spacing w:after="60" w:before="0"/>
      </w:pPr>
      <w:r>
        <w:rPr>
          <w:b w:val="0"/>
          <w:i w:val="0"/>
          <w:color w:val="1F1B16"/>
        </w:rPr>
        <w:t>Please send your quotation by [date, time]. This request does not constitute an offer and does not oblige us to place an order.</w:t>
      </w:r>
    </w:p>
    <w:p>
      <w:pPr>
        <w:spacing w:after="60" w:before="0"/>
      </w:pPr>
      <w:r>
        <w:rPr>
          <w:b w:val="0"/>
          <w:i w:val="0"/>
          <w:color w:val="1F1B16"/>
        </w:rPr>
        <w:t>Kind regards,</w:t>
      </w:r>
    </w:p>
    <w:p>
      <w:pPr>
        <w:spacing w:after="60" w:before="0"/>
      </w:pPr>
      <w:r>
        <w:rPr>
          <w:b w:val="0"/>
          <w:i w:val="0"/>
          <w:color w:val="1F1B16"/>
        </w:rPr>
        <w:t>[Name] · [Position] · [Company] · [Phone]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D9D1C0"/>
      </w:pBdr>
    </w:pPr>
    <w:r>
      <w:rPr>
        <w:b w:val="0"/>
        <w:i w:val="0"/>
        <w:color w:val="6B6357"/>
        <w:sz w:val="15"/>
      </w:rPr>
      <w:t xml:space="preserve">Ingyenes minta az Oiferstől · </w:t>
    </w:r>
    <w:hyperlink r:id="rId1">
      <w:r>
        <w:rPr>
          <w:color w:val="A38143"/>
          <w:sz w:val="15"/>
          <w:u w:val="none"/>
        </w:rPr>
        <w:t xml:space="preserve">oifers.com</w:t>
      </w:r>
    </w:hyperlink>
    <w:r>
      <w:rPr>
        <w:b w:val="0"/>
        <w:i w:val="0"/>
        <w:color w:val="6B6357"/>
        <w:sz w:val="15"/>
      </w:rPr>
      <w:t xml:space="preserve"> — készítse el és küldje el az árajánlatot online, és lássa, mikor nyitotta meg az ügyfél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 w:cs="Arial"/>
      <w:color w:val="1F1B16"/>
      <w:sz w:val="19"/>
      <w:lang w:val="hu-H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ifers.com/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Árajánlatkérés minta beszállítóknak</dc:title>
  <dc:subject>Árajánlatkérés minta beszállítóknak</dc:subject>
  <dc:creator>Oifers</dc:creator>
  <cp:keywords/>
  <dc:description/>
  <cp:lastModifiedBy>Oifers</cp:lastModifiedBy>
  <cp:revision>1</cp:revision>
  <dcterms:created xsi:type="dcterms:W3CDTF">2026-10-07T09:00:00Z</dcterms:created>
  <dcterms:modified xsi:type="dcterms:W3CDTF">2026-10-07T09:00:00Z</dcterms:modified>
  <cp:category/>
  <cp:lastPrinted>2026-10-07T09:00:00Z</cp:lastPrinted>
</cp:coreProperties>
</file>